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EC18B" w14:textId="77777777" w:rsidR="004212D9" w:rsidRDefault="0023273F" w:rsidP="00FD2E98">
      <w:pPr>
        <w:spacing w:after="0"/>
        <w:ind w:left="720"/>
        <w:jc w:val="lowKashida"/>
      </w:pPr>
      <w:r>
        <w:rPr>
          <w:rFonts w:hint="cs"/>
          <w:lang w:bidi="ar-EG"/>
        </w:rPr>
        <w:t>Ф</w:t>
      </w:r>
      <w:r>
        <w:t>едеральное агентство по образованию</w:t>
      </w:r>
    </w:p>
    <w:p w14:paraId="0293B0BD" w14:textId="77777777" w:rsidR="004212D9" w:rsidRDefault="0023273F" w:rsidP="0006455F">
      <w:pPr>
        <w:ind w:left="360"/>
      </w:pPr>
      <w:r>
        <w:t>Государственное образовательное учреждение высшего профессионального образования</w:t>
      </w:r>
    </w:p>
    <w:p w14:paraId="76F001D3" w14:textId="77777777" w:rsidR="004212D9" w:rsidRDefault="0023273F" w:rsidP="0006455F">
      <w:pPr>
        <w:ind w:left="360"/>
      </w:pPr>
      <w:r>
        <w:t>«Волгоградский государственный педагогический университет»</w:t>
      </w:r>
    </w:p>
    <w:p w14:paraId="7082E895" w14:textId="77777777" w:rsidR="004212D9" w:rsidRDefault="0023273F" w:rsidP="0006455F">
      <w:pPr>
        <w:ind w:left="360"/>
      </w:pPr>
      <w:r>
        <w:br/>
        <w:t>Институт международного образования</w:t>
      </w:r>
    </w:p>
    <w:p w14:paraId="6921A086" w14:textId="77777777" w:rsidR="004212D9" w:rsidRDefault="0023273F" w:rsidP="0006455F">
      <w:pPr>
        <w:ind w:left="360"/>
      </w:pPr>
      <w:r>
        <w:t>Кафедра русского языка как иностранного</w:t>
      </w:r>
    </w:p>
    <w:p w14:paraId="4A183362" w14:textId="77777777" w:rsidR="004212D9" w:rsidRDefault="0023273F" w:rsidP="0006455F">
      <w:pPr>
        <w:ind w:left="360"/>
      </w:pPr>
      <w:r>
        <w:br/>
        <w:t>Исследовательская работа</w:t>
      </w:r>
    </w:p>
    <w:p w14:paraId="1D78165D" w14:textId="77777777" w:rsidR="004212D9" w:rsidRDefault="0023273F" w:rsidP="0006455F">
      <w:pPr>
        <w:ind w:left="360"/>
      </w:pPr>
      <w:r>
        <w:t>Перевод терминов, связанных с едой</w:t>
      </w:r>
    </w:p>
    <w:p w14:paraId="22FEA682" w14:textId="77777777" w:rsidR="004212D9" w:rsidRDefault="0023273F" w:rsidP="0006455F">
      <w:pPr>
        <w:ind w:left="360"/>
      </w:pPr>
      <w:r>
        <w:br/>
        <w:t>Выполнил:</w:t>
      </w:r>
    </w:p>
    <w:p w14:paraId="1E468FF6" w14:textId="77777777" w:rsidR="004212D9" w:rsidRDefault="0023273F" w:rsidP="0006455F">
      <w:pPr>
        <w:ind w:left="360"/>
      </w:pPr>
      <w:r>
        <w:t>Студент II курса</w:t>
      </w:r>
    </w:p>
    <w:p w14:paraId="140D95D4" w14:textId="77777777" w:rsidR="004212D9" w:rsidRDefault="0023273F" w:rsidP="0006455F">
      <w:pPr>
        <w:ind w:left="360"/>
      </w:pPr>
      <w:r>
        <w:t>Группа РПБ-21</w:t>
      </w:r>
    </w:p>
    <w:p w14:paraId="6839A81A" w14:textId="549DFC46" w:rsidR="004212D9" w:rsidRDefault="008651A2" w:rsidP="0006455F">
      <w:pPr>
        <w:ind w:left="360"/>
      </w:pPr>
      <w:r>
        <w:rPr>
          <w:rFonts w:hint="cs"/>
          <w:lang w:bidi="ar-EG"/>
        </w:rPr>
        <w:t xml:space="preserve">Ельмах Мурад Хетам Мохаммед </w:t>
      </w:r>
    </w:p>
    <w:p w14:paraId="06F2CF3B" w14:textId="77777777" w:rsidR="004212D9" w:rsidRDefault="0023273F" w:rsidP="0006455F">
      <w:pPr>
        <w:ind w:left="360"/>
      </w:pPr>
      <w:r>
        <w:br/>
        <w:t>Научный руководитель:</w:t>
      </w:r>
    </w:p>
    <w:p w14:paraId="2C04BF7C" w14:textId="77777777" w:rsidR="004212D9" w:rsidRDefault="0023273F" w:rsidP="0006455F">
      <w:pPr>
        <w:ind w:left="360"/>
      </w:pPr>
      <w:r>
        <w:t>Кандидат филологических наук, доцент,</w:t>
      </w:r>
    </w:p>
    <w:p w14:paraId="4D32C29A" w14:textId="77777777" w:rsidR="004212D9" w:rsidRDefault="0023273F" w:rsidP="0006455F">
      <w:pPr>
        <w:ind w:left="360"/>
      </w:pPr>
      <w:r>
        <w:t>старший преподаватель кафедры русского языка как иностранного</w:t>
      </w:r>
    </w:p>
    <w:p w14:paraId="2F605D85" w14:textId="77777777" w:rsidR="004212D9" w:rsidRDefault="0023273F" w:rsidP="0006455F">
      <w:pPr>
        <w:ind w:left="360"/>
      </w:pPr>
      <w:r>
        <w:t>Андре Владерович</w:t>
      </w:r>
    </w:p>
    <w:p w14:paraId="1EF08D69" w14:textId="77777777" w:rsidR="004212D9" w:rsidRDefault="0023273F" w:rsidP="0006455F">
      <w:pPr>
        <w:ind w:left="360"/>
      </w:pPr>
      <w:r>
        <w:br w:type="page"/>
      </w:r>
    </w:p>
    <w:p w14:paraId="0D6DC3AC" w14:textId="77777777" w:rsidR="004212D9" w:rsidRDefault="0023273F" w:rsidP="0006455F">
      <w:pPr>
        <w:ind w:left="360"/>
      </w:pPr>
      <w:r>
        <w:t>ОГЛАВЛЕНИЕ</w:t>
      </w:r>
    </w:p>
    <w:p w14:paraId="61244821" w14:textId="76DDC80A" w:rsidR="004212D9" w:rsidRDefault="004212D9" w:rsidP="0006455F">
      <w:pPr>
        <w:ind w:left="360"/>
        <w:rPr>
          <w:lang w:val="ru-RU"/>
        </w:rPr>
      </w:pPr>
    </w:p>
    <w:p w14:paraId="5BB0F58B" w14:textId="77777777" w:rsidR="00141382" w:rsidRPr="00141382" w:rsidRDefault="00141382" w:rsidP="0006455F">
      <w:pPr>
        <w:ind w:left="360"/>
        <w:rPr>
          <w:b/>
          <w:bCs/>
          <w:sz w:val="28"/>
          <w:szCs w:val="28"/>
          <w:lang w:val="ru-RU"/>
        </w:rPr>
      </w:pPr>
    </w:p>
    <w:sectPr w:rsidR="00141382" w:rsidRPr="0014138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366EC1"/>
    <w:multiLevelType w:val="hybridMultilevel"/>
    <w:tmpl w:val="FC143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6667BE"/>
    <w:multiLevelType w:val="hybridMultilevel"/>
    <w:tmpl w:val="3E00E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C37BE"/>
    <w:multiLevelType w:val="hybridMultilevel"/>
    <w:tmpl w:val="7D5A6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57B5F"/>
    <w:multiLevelType w:val="hybridMultilevel"/>
    <w:tmpl w:val="21168E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84E2D"/>
    <w:multiLevelType w:val="hybridMultilevel"/>
    <w:tmpl w:val="FF6441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424723">
    <w:abstractNumId w:val="8"/>
  </w:num>
  <w:num w:numId="2" w16cid:durableId="461654329">
    <w:abstractNumId w:val="6"/>
  </w:num>
  <w:num w:numId="3" w16cid:durableId="1652052419">
    <w:abstractNumId w:val="5"/>
  </w:num>
  <w:num w:numId="4" w16cid:durableId="2143843360">
    <w:abstractNumId w:val="4"/>
  </w:num>
  <w:num w:numId="5" w16cid:durableId="1828787454">
    <w:abstractNumId w:val="7"/>
  </w:num>
  <w:num w:numId="6" w16cid:durableId="960576207">
    <w:abstractNumId w:val="3"/>
  </w:num>
  <w:num w:numId="7" w16cid:durableId="507477949">
    <w:abstractNumId w:val="2"/>
  </w:num>
  <w:num w:numId="8" w16cid:durableId="118299502">
    <w:abstractNumId w:val="1"/>
  </w:num>
  <w:num w:numId="9" w16cid:durableId="426999378">
    <w:abstractNumId w:val="0"/>
  </w:num>
  <w:num w:numId="10" w16cid:durableId="611202968">
    <w:abstractNumId w:val="10"/>
  </w:num>
  <w:num w:numId="11" w16cid:durableId="1198157271">
    <w:abstractNumId w:val="11"/>
  </w:num>
  <w:num w:numId="12" w16cid:durableId="1361665900">
    <w:abstractNumId w:val="13"/>
  </w:num>
  <w:num w:numId="13" w16cid:durableId="860318363">
    <w:abstractNumId w:val="12"/>
  </w:num>
  <w:num w:numId="14" w16cid:durableId="543367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33BE"/>
    <w:rsid w:val="0006455F"/>
    <w:rsid w:val="000A627E"/>
    <w:rsid w:val="00123646"/>
    <w:rsid w:val="00141382"/>
    <w:rsid w:val="0015074B"/>
    <w:rsid w:val="00174153"/>
    <w:rsid w:val="001D2937"/>
    <w:rsid w:val="0023273F"/>
    <w:rsid w:val="0029639D"/>
    <w:rsid w:val="002E43E1"/>
    <w:rsid w:val="00326F90"/>
    <w:rsid w:val="004212D9"/>
    <w:rsid w:val="0063678E"/>
    <w:rsid w:val="006426CF"/>
    <w:rsid w:val="006459C4"/>
    <w:rsid w:val="006C59F5"/>
    <w:rsid w:val="006D257A"/>
    <w:rsid w:val="00777AF2"/>
    <w:rsid w:val="00827932"/>
    <w:rsid w:val="008651A2"/>
    <w:rsid w:val="00885E45"/>
    <w:rsid w:val="008B50EC"/>
    <w:rsid w:val="00995F88"/>
    <w:rsid w:val="00997458"/>
    <w:rsid w:val="00A2074F"/>
    <w:rsid w:val="00AA1597"/>
    <w:rsid w:val="00AA1D8D"/>
    <w:rsid w:val="00B47730"/>
    <w:rsid w:val="00BB44FE"/>
    <w:rsid w:val="00CA4D27"/>
    <w:rsid w:val="00CB0664"/>
    <w:rsid w:val="00F675A8"/>
    <w:rsid w:val="00FC693F"/>
    <w:rsid w:val="00FD2E98"/>
    <w:rsid w:val="00FF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FD3B2A"/>
  <w14:defaultImageDpi w14:val="300"/>
  <w15:docId w15:val="{EC93E197-9419-FC48-A245-77027A2E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a2"/>
    <w:uiPriority w:val="99"/>
    <w:unhideWhenUsed/>
    <w:rsid w:val="00827932"/>
    <w:rPr>
      <w:color w:val="0000FF" w:themeColor="hyperlink"/>
      <w:u w:val="single"/>
    </w:rPr>
  </w:style>
  <w:style w:type="character" w:styleId="aff2">
    <w:name w:val="Unresolved Mention"/>
    <w:basedOn w:val="a2"/>
    <w:uiPriority w:val="99"/>
    <w:semiHidden/>
    <w:unhideWhenUsed/>
    <w:rsid w:val="00827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murad elmaleh</cp:lastModifiedBy>
  <cp:revision>11</cp:revision>
  <dcterms:created xsi:type="dcterms:W3CDTF">2025-06-27T06:32:00Z</dcterms:created>
  <dcterms:modified xsi:type="dcterms:W3CDTF">2025-06-27T08:09:00Z</dcterms:modified>
  <cp:category/>
</cp:coreProperties>
</file>